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895B5" w14:textId="6BA81628" w:rsidR="00FB1A27" w:rsidRPr="00FB1A27" w:rsidRDefault="00131993" w:rsidP="00FB1A27">
      <w:pPr>
        <w:pStyle w:val="Heading1"/>
        <w:jc w:val="center"/>
        <w:rPr>
          <w:color w:val="002060"/>
          <w:sz w:val="36"/>
          <w:szCs w:val="36"/>
        </w:rPr>
      </w:pPr>
      <w:r>
        <w:rPr>
          <w:color w:val="002060"/>
          <w:sz w:val="36"/>
          <w:szCs w:val="36"/>
        </w:rPr>
        <w:t>One</w:t>
      </w:r>
      <w:r w:rsidR="00000000" w:rsidRPr="00FB1A27">
        <w:rPr>
          <w:rFonts w:ascii="Cambria Math" w:hAnsi="Cambria Math" w:cs="Cambria Math"/>
          <w:color w:val="002060"/>
          <w:sz w:val="36"/>
          <w:szCs w:val="36"/>
        </w:rPr>
        <w:t>‑</w:t>
      </w:r>
      <w:r w:rsidR="00000000" w:rsidRPr="00FB1A27">
        <w:rPr>
          <w:color w:val="002060"/>
          <w:sz w:val="36"/>
          <w:szCs w:val="36"/>
        </w:rPr>
        <w:t>Minute Recognition Presentation for a Rotary Foundation Donor</w:t>
      </w:r>
      <w:r w:rsidR="00FB1A27">
        <w:rPr>
          <w:color w:val="002060"/>
          <w:sz w:val="36"/>
          <w:szCs w:val="36"/>
        </w:rPr>
        <w:t xml:space="preserve"> (Word Document which you can edit/customize)</w:t>
      </w:r>
    </w:p>
    <w:p w14:paraId="102A53CF" w14:textId="77777777" w:rsidR="00FB1A27" w:rsidRDefault="00FB1A27">
      <w:pPr>
        <w:rPr>
          <w:rFonts w:ascii="Georgia" w:hAnsi="Georgia"/>
          <w:sz w:val="28"/>
          <w:szCs w:val="28"/>
        </w:rPr>
      </w:pPr>
    </w:p>
    <w:p w14:paraId="04305FB7" w14:textId="7AD85A0E" w:rsidR="00FB1A27" w:rsidRPr="00131993" w:rsidRDefault="00131993">
      <w:pPr>
        <w:rPr>
          <w:rFonts w:ascii="Georgia" w:hAnsi="Georgia"/>
          <w:i/>
          <w:iCs/>
          <w:sz w:val="28"/>
          <w:szCs w:val="28"/>
        </w:rPr>
      </w:pPr>
      <w:r w:rsidRPr="003C0657">
        <w:rPr>
          <w:rFonts w:ascii="Georgia" w:hAnsi="Georgia"/>
          <w:i/>
          <w:iCs/>
          <w:sz w:val="28"/>
          <w:szCs w:val="28"/>
        </w:rPr>
        <w:t xml:space="preserve">(Note to Club President:  Recognition is one of the simplest and most powerful tools we have in Rotary. When we take a moment to celebrate our members and our Rotary Foundation donors, we strengthen engagement, inspire generosity, and build a culture of gratitude. Every </w:t>
      </w:r>
      <w:proofErr w:type="spellStart"/>
      <w:r w:rsidRPr="003C0657">
        <w:rPr>
          <w:rFonts w:ascii="Georgia" w:hAnsi="Georgia"/>
          <w:i/>
          <w:iCs/>
          <w:sz w:val="28"/>
          <w:szCs w:val="28"/>
        </w:rPr>
        <w:t>thank</w:t>
      </w:r>
      <w:r w:rsidRPr="003C0657">
        <w:rPr>
          <w:rFonts w:ascii="Cambria Math" w:hAnsi="Cambria Math" w:cs="Cambria Math"/>
          <w:i/>
          <w:iCs/>
          <w:sz w:val="28"/>
          <w:szCs w:val="28"/>
        </w:rPr>
        <w:t>‑</w:t>
      </w:r>
      <w:r w:rsidRPr="003C0657">
        <w:rPr>
          <w:rFonts w:ascii="Georgia" w:hAnsi="Georgia"/>
          <w:i/>
          <w:iCs/>
          <w:sz w:val="28"/>
          <w:szCs w:val="28"/>
        </w:rPr>
        <w:t>you</w:t>
      </w:r>
      <w:proofErr w:type="spellEnd"/>
      <w:r w:rsidRPr="003C0657">
        <w:rPr>
          <w:rFonts w:ascii="Georgia" w:hAnsi="Georgia"/>
          <w:i/>
          <w:iCs/>
          <w:sz w:val="28"/>
          <w:szCs w:val="28"/>
        </w:rPr>
        <w:t xml:space="preserve">, every spotlight, every acknowledgment reminds people that their service matters. </w:t>
      </w:r>
      <w:r>
        <w:rPr>
          <w:rFonts w:ascii="Georgia" w:hAnsi="Georgia"/>
          <w:i/>
          <w:iCs/>
          <w:sz w:val="28"/>
          <w:szCs w:val="28"/>
        </w:rPr>
        <w:t>R</w:t>
      </w:r>
      <w:r w:rsidRPr="003C0657">
        <w:rPr>
          <w:rFonts w:ascii="Georgia" w:hAnsi="Georgia"/>
          <w:i/>
          <w:iCs/>
          <w:sz w:val="28"/>
          <w:szCs w:val="28"/>
        </w:rPr>
        <w:t>ecognition fuels everything we do in District 5890.</w:t>
      </w:r>
      <w:r w:rsidRPr="003C0657">
        <w:rPr>
          <w:rFonts w:ascii="Georgia" w:hAnsi="Georgia" w:cs="Georgia"/>
          <w:i/>
          <w:iCs/>
          <w:sz w:val="28"/>
          <w:szCs w:val="28"/>
        </w:rPr>
        <w:t>)</w:t>
      </w:r>
    </w:p>
    <w:p w14:paraId="1A351688" w14:textId="37103790" w:rsidR="00FB1A27" w:rsidRPr="00FB1A27" w:rsidRDefault="00FB1A27">
      <w:pPr>
        <w:rPr>
          <w:rFonts w:ascii="Georgia" w:hAnsi="Georgia"/>
          <w:b/>
          <w:bCs/>
          <w:color w:val="002060"/>
          <w:sz w:val="28"/>
          <w:szCs w:val="28"/>
        </w:rPr>
      </w:pPr>
      <w:r w:rsidRPr="00FB1A27">
        <w:rPr>
          <w:rFonts w:ascii="Georgia" w:hAnsi="Georgia"/>
          <w:b/>
          <w:bCs/>
          <w:color w:val="002060"/>
          <w:sz w:val="28"/>
          <w:szCs w:val="28"/>
        </w:rPr>
        <w:t>Presentation</w:t>
      </w:r>
    </w:p>
    <w:p w14:paraId="6279BD61" w14:textId="216D5514" w:rsidR="00F92CC7" w:rsidRPr="00FB1A27" w:rsidRDefault="00000000">
      <w:pPr>
        <w:rPr>
          <w:rFonts w:ascii="Georgia" w:hAnsi="Georgia"/>
          <w:sz w:val="28"/>
          <w:szCs w:val="28"/>
        </w:rPr>
      </w:pPr>
      <w:r w:rsidRPr="00FB1A27">
        <w:rPr>
          <w:rFonts w:ascii="Georgia" w:hAnsi="Georgia"/>
          <w:sz w:val="28"/>
          <w:szCs w:val="28"/>
        </w:rPr>
        <w:t xml:space="preserve">Today, we pause to recognize someone whose generosity is helping Rotary change lives around the world. When we talk about The Rotary Foundation, </w:t>
      </w:r>
      <w:r w:rsidR="00FB1A27" w:rsidRPr="00FB1A27">
        <w:rPr>
          <w:rFonts w:ascii="Georgia" w:hAnsi="Georgia"/>
          <w:sz w:val="28"/>
          <w:szCs w:val="28"/>
        </w:rPr>
        <w:t>we are</w:t>
      </w:r>
      <w:r w:rsidRPr="00FB1A27">
        <w:rPr>
          <w:rFonts w:ascii="Georgia" w:hAnsi="Georgia"/>
          <w:sz w:val="28"/>
          <w:szCs w:val="28"/>
        </w:rPr>
        <w:t xml:space="preserve"> talking about clean water for families, education for children, peacebuilding in conflict areas, and hope for communities that need it most. None of that happens without donors who believe in Rotary’s mission — donors like </w:t>
      </w:r>
      <w:r w:rsidRPr="00FB1A27">
        <w:rPr>
          <w:rFonts w:ascii="Georgia" w:hAnsi="Georgia"/>
          <w:sz w:val="28"/>
          <w:szCs w:val="28"/>
          <w:u w:val="single"/>
        </w:rPr>
        <w:t>[</w:t>
      </w:r>
      <w:r w:rsidR="00FB1A27" w:rsidRPr="00FB1A27">
        <w:rPr>
          <w:rFonts w:ascii="Georgia" w:hAnsi="Georgia"/>
          <w:sz w:val="28"/>
          <w:szCs w:val="28"/>
          <w:u w:val="single"/>
        </w:rPr>
        <w:t xml:space="preserve"> Name </w:t>
      </w:r>
      <w:r w:rsidRPr="00FB1A27">
        <w:rPr>
          <w:rFonts w:ascii="Georgia" w:hAnsi="Georgia"/>
          <w:sz w:val="28"/>
          <w:szCs w:val="28"/>
          <w:u w:val="single"/>
        </w:rPr>
        <w:t>].</w:t>
      </w:r>
      <w:r w:rsidRPr="00FB1A27">
        <w:rPr>
          <w:rFonts w:ascii="Georgia" w:hAnsi="Georgia"/>
          <w:sz w:val="28"/>
          <w:szCs w:val="28"/>
        </w:rPr>
        <w:br/>
      </w:r>
      <w:r w:rsidRPr="00FB1A27">
        <w:rPr>
          <w:rFonts w:ascii="Georgia" w:hAnsi="Georgia"/>
          <w:sz w:val="28"/>
          <w:szCs w:val="28"/>
        </w:rPr>
        <w:br/>
        <w:t>Your contribution to The Rotary Foundation is more than a gift. It’s an investment in a better future. It fuels projects here in our own community and across the globe. It strengthens our club’s ability to serve, and it inspires others to step forward and make a difference.</w:t>
      </w:r>
      <w:r w:rsidRPr="00FB1A27">
        <w:rPr>
          <w:rFonts w:ascii="Georgia" w:hAnsi="Georgia"/>
          <w:sz w:val="28"/>
          <w:szCs w:val="28"/>
        </w:rPr>
        <w:br/>
      </w:r>
      <w:r w:rsidRPr="00FB1A27">
        <w:rPr>
          <w:rFonts w:ascii="Georgia" w:hAnsi="Georgia"/>
          <w:sz w:val="28"/>
          <w:szCs w:val="28"/>
        </w:rPr>
        <w:br/>
        <w:t xml:space="preserve">On behalf of our club and Rotary District 5890, thank you for your generosity, your commitment, and your belief in what Rotary can accomplish. Your support is creating real, measurable impact — and we are deeply grateful. Please join me in celebrating and thanking </w:t>
      </w:r>
      <w:r w:rsidRPr="00FB1A27">
        <w:rPr>
          <w:rFonts w:ascii="Georgia" w:hAnsi="Georgia"/>
          <w:sz w:val="28"/>
          <w:szCs w:val="28"/>
          <w:u w:val="single"/>
        </w:rPr>
        <w:t>[</w:t>
      </w:r>
      <w:r w:rsidR="00FB1A27" w:rsidRPr="00FB1A27">
        <w:rPr>
          <w:rFonts w:ascii="Georgia" w:hAnsi="Georgia"/>
          <w:sz w:val="28"/>
          <w:szCs w:val="28"/>
          <w:u w:val="single"/>
        </w:rPr>
        <w:t xml:space="preserve"> </w:t>
      </w:r>
      <w:r w:rsidRPr="00FB1A27">
        <w:rPr>
          <w:rFonts w:ascii="Georgia" w:hAnsi="Georgia"/>
          <w:sz w:val="28"/>
          <w:szCs w:val="28"/>
          <w:u w:val="single"/>
        </w:rPr>
        <w:t>Name</w:t>
      </w:r>
      <w:r w:rsidR="00FB1A27" w:rsidRPr="00FB1A27">
        <w:rPr>
          <w:rFonts w:ascii="Georgia" w:hAnsi="Georgia"/>
          <w:sz w:val="28"/>
          <w:szCs w:val="28"/>
          <w:u w:val="single"/>
        </w:rPr>
        <w:t xml:space="preserve"> </w:t>
      </w:r>
      <w:r w:rsidRPr="00FB1A27">
        <w:rPr>
          <w:rFonts w:ascii="Georgia" w:hAnsi="Georgia"/>
          <w:sz w:val="28"/>
          <w:szCs w:val="28"/>
          <w:u w:val="single"/>
        </w:rPr>
        <w:t xml:space="preserve">] </w:t>
      </w:r>
      <w:r w:rsidRPr="00FB1A27">
        <w:rPr>
          <w:rFonts w:ascii="Georgia" w:hAnsi="Georgia"/>
          <w:sz w:val="28"/>
          <w:szCs w:val="28"/>
        </w:rPr>
        <w:t xml:space="preserve">for </w:t>
      </w:r>
      <w:r w:rsidR="00FB1A27" w:rsidRPr="00FB1A27">
        <w:rPr>
          <w:rFonts w:ascii="Georgia" w:hAnsi="Georgia"/>
          <w:sz w:val="28"/>
          <w:szCs w:val="28"/>
        </w:rPr>
        <w:t>[ his/her]</w:t>
      </w:r>
      <w:r w:rsidR="00FB1A27" w:rsidRPr="00FB1A27">
        <w:rPr>
          <w:rFonts w:ascii="Georgia" w:hAnsi="Georgia"/>
          <w:sz w:val="28"/>
          <w:szCs w:val="28"/>
          <w:u w:val="single"/>
        </w:rPr>
        <w:t xml:space="preserve"> </w:t>
      </w:r>
      <w:r w:rsidRPr="00FB1A27">
        <w:rPr>
          <w:rFonts w:ascii="Georgia" w:hAnsi="Georgia"/>
          <w:sz w:val="28"/>
          <w:szCs w:val="28"/>
        </w:rPr>
        <w:t xml:space="preserve"> outstanding dedication to The Rotary Foundation.”</w:t>
      </w:r>
    </w:p>
    <w:sectPr w:rsidR="00F92CC7" w:rsidRPr="00FB1A27" w:rsidSect="00FB1A27">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AEE73" w14:textId="77777777" w:rsidR="00863AC7" w:rsidRDefault="00863AC7" w:rsidP="00FB1A27">
      <w:pPr>
        <w:spacing w:after="0" w:line="240" w:lineRule="auto"/>
      </w:pPr>
      <w:r>
        <w:separator/>
      </w:r>
    </w:p>
  </w:endnote>
  <w:endnote w:type="continuationSeparator" w:id="0">
    <w:p w14:paraId="6CC0EF78" w14:textId="77777777" w:rsidR="00863AC7" w:rsidRDefault="00863AC7" w:rsidP="00FB1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C8D03" w14:textId="77777777" w:rsidR="00863AC7" w:rsidRDefault="00863AC7" w:rsidP="00FB1A27">
      <w:pPr>
        <w:spacing w:after="0" w:line="240" w:lineRule="auto"/>
      </w:pPr>
      <w:r>
        <w:separator/>
      </w:r>
    </w:p>
  </w:footnote>
  <w:footnote w:type="continuationSeparator" w:id="0">
    <w:p w14:paraId="26DF32A4" w14:textId="77777777" w:rsidR="00863AC7" w:rsidRDefault="00863AC7" w:rsidP="00FB1A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96D50" w14:textId="769B9D21" w:rsidR="00FB1A27" w:rsidRDefault="00FB1A27">
    <w:pPr>
      <w:pStyle w:val="Header"/>
    </w:pPr>
    <w:r>
      <w:rPr>
        <w:noProof/>
      </w:rPr>
      <w:drawing>
        <wp:inline distT="0" distB="0" distL="0" distR="0" wp14:anchorId="4AE7E2B0" wp14:editId="2047D31E">
          <wp:extent cx="5380626" cy="960164"/>
          <wp:effectExtent l="0" t="0" r="0" b="0"/>
          <wp:docPr id="11929151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915133" name="Picture 1192915133"/>
                  <pic:cNvPicPr/>
                </pic:nvPicPr>
                <pic:blipFill>
                  <a:blip r:embed="rId1"/>
                  <a:stretch>
                    <a:fillRect/>
                  </a:stretch>
                </pic:blipFill>
                <pic:spPr>
                  <a:xfrm>
                    <a:off x="0" y="0"/>
                    <a:ext cx="5405370" cy="9645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3205148">
    <w:abstractNumId w:val="8"/>
  </w:num>
  <w:num w:numId="2" w16cid:durableId="951329064">
    <w:abstractNumId w:val="6"/>
  </w:num>
  <w:num w:numId="3" w16cid:durableId="1886944512">
    <w:abstractNumId w:val="5"/>
  </w:num>
  <w:num w:numId="4" w16cid:durableId="710542141">
    <w:abstractNumId w:val="4"/>
  </w:num>
  <w:num w:numId="5" w16cid:durableId="328943443">
    <w:abstractNumId w:val="7"/>
  </w:num>
  <w:num w:numId="6" w16cid:durableId="1748115303">
    <w:abstractNumId w:val="3"/>
  </w:num>
  <w:num w:numId="7" w16cid:durableId="239600610">
    <w:abstractNumId w:val="2"/>
  </w:num>
  <w:num w:numId="8" w16cid:durableId="2030257724">
    <w:abstractNumId w:val="1"/>
  </w:num>
  <w:num w:numId="9" w16cid:durableId="1781097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1993"/>
    <w:rsid w:val="0015074B"/>
    <w:rsid w:val="0029639D"/>
    <w:rsid w:val="002F28A7"/>
    <w:rsid w:val="00326F90"/>
    <w:rsid w:val="00863AC7"/>
    <w:rsid w:val="008D2A6A"/>
    <w:rsid w:val="00946219"/>
    <w:rsid w:val="00AA1D8D"/>
    <w:rsid w:val="00B47730"/>
    <w:rsid w:val="00C42B94"/>
    <w:rsid w:val="00CB0664"/>
    <w:rsid w:val="00F92CC7"/>
    <w:rsid w:val="00FB1A2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E652DE"/>
  <w14:defaultImageDpi w14:val="300"/>
  <w15:docId w15:val="{BE383259-2428-4C1A-A7FD-2CDEF34D4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230</Words>
  <Characters>1314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Tommie Buscemi</cp:lastModifiedBy>
  <cp:revision>4</cp:revision>
  <dcterms:created xsi:type="dcterms:W3CDTF">2026-02-23T00:50:00Z</dcterms:created>
  <dcterms:modified xsi:type="dcterms:W3CDTF">2026-02-23T01:30:00Z</dcterms:modified>
  <cp:category/>
</cp:coreProperties>
</file>